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الصورة قي شعر بشار بن برد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هاجر رقيق/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الشعرية/ الصورة التشبيهية/ الصورة الاستعارية/ الخيال/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