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''جهود إبراهيم مصطفى ومهدي المخزومي وفاضل صالح السامرائي في تيسير النحو العربي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الزمن/ الإعراب/ أدوات النفي/ الأبواب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