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حجاجي عند الإمام نجم الدين الط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يكش عبد الحفيظ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حجاج/ الجدل/ الاساليب الاست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