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حذف العناصر الإسنادية في الجملة العربية -ديوان المتنبي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مزيتي هدي/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الكلام/ الجملة/ الجملة العربية/ الحذف/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