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النحّوي عند سيبويه- الجزء الأول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سلوى عليلي/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التراث اللغوي العربي/ المصطلحات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