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النّحو الوظيفي للّغة العربية : دراسة في المصطلح والمنهج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 حملاوي/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نظرية النحو الوظيفي/ التراث/ الاتجاهات اللسانية الحديثة/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