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عينية ابن جابر الأندلسي في المديح النبوي -دراسة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مسيعود إيمان/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المشتقات/ الأسماء/ التحليل الصوتي/ التحليل التركيبي/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