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البلاغة العربية والتداولية  دلائل الإعجاز لعبد القاهر الجرجاني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زويلخ/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علم المعاني/ التداولية/ الاستلزام الحواري/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