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جاء عند المتنب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سام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هجاء/ الأسلوب/ هجائيات المت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