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الإعراب في تحديد المعنى  دراسة تطبيقية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بن سي مسعود/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القرآن/ الإعراب/ الجملة/ القراءات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