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سورة''الكهف دراسة صوتية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دلال بوبيدي/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الصوت/ الظواهر الصوتية/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