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المفاهيم اللسانية في مقدمة -ابن خلدون-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خلاف مريم/ مسيلي وردة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80050111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اللسان العربي/ الملكة اللغوية/ الملكة اللسانية/ التعليم و التعلم/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