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جهود الجاحظ في التأسيس لعلم اجتماع لغوي من خلال البيان والتبيين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شايب العين نبيلة/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المجتمع/ علم الاجتماع اللغوي/ التنوع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