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اللغة في قصيدة عاشق من فلسطين لمحمود درويش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عكال نادية/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النحو/ الصوت اللغوي/ الصوامت و الصوائت/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