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النحوية واللسانية في كتاب الإمتاع والمؤانسة لأبي حيان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بوعون بشرى/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الفكر و اللغة/ المنطوق و المكتوب/ القضايا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