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الملامح الإجتماعية في سورة النساء دراسة بلاغية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سقني إبمان/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إعجاز القرآن/ الدلالة/ الالتفاف/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