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الناقة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كبيش سامية/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