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التناص في منهاج البلغاء وسراج الأدباء لحازم القرطاجاني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أميرة/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النص/ النقد العربي القديم/ المعاني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