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بردة الإمام البوصيري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بوكويرة جهيدة/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المنهج السيميائي/ مستوى العتبات/ المستوى الجمالي/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