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بين البنية والدلالة سورة النساء 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نجوى/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الجملة الشرطية/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