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cartographie sur le zeb pour la diffusion des données de recensement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karsi abir/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PHP/ HTML/ Site web/ SIG/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