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مركز البحث العلمي والتقني لتطوير اللغة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 البحث العلمي والتقني لتطوير اللغة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- منحنيات بيانية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11124393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القياس/ الفصاحة/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