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والاعتماد الأكاديمي في مؤسسات التعليم العالي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01131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