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الابتعاث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وزارة التعليم العالي - المملكة العربية السعودية -/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وزارة التعليم العالي/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صور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22*23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Périodicité</w:t>
            </w:r>
          </w:p>
        </w:tc>
        <w:tc>
          <w:tcPr>
            <w:tcW w:type="dxa" w:w="7000"/>
          </w:tcPr>
          <w:p>
            <w:r>
              <w:t>sans périodicité (irrégulière)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01127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الابتعاث/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