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الإلكتروني والتعليم عن بعد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01132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