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قضايا الصحة والبيئة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البيئة/ الصحة/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