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مجلس الشورى لاتحاد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بولحية/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المغرب العربي/ مجلس الشورى/ الشعبة البرلمانية الجزائرية/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