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journée parlementaire panafricaine ouverte sur la société civile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l'afrique/ la copération/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