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التاريخ عن الجزائر من الدوريات الامريكية والبريطانية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9789947995044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