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مراكز جبهة وجيش التحرير بولاية ميلة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المجاهدين/ الصادق مزهود/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البعث/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 و جداول , خرائط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00141311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