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مراكز التمييز البحثي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01133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