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أنباء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جامعة الحاج لخضر - باتنة -/ أ.د. موسى زيرق/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0700221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