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فصل الصحراء في السياسة الاستعمارية الفرنسية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00140933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الصحراء/ الإستعمار الفرنسي/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