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ليل الإستعمار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الثورة/ الإستعمار/ حرب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