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كراسات هارتموت السنهانص : حرب الجزائر حسب فاعليها الفرنسيين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رشيد اوعيسى/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حرب الجزائر/ النقابيون الفرنسيين/ المثقفون الفرنسيون/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