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المقاومة الوطنية في الجزائر 1830 - 1962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الأدب/ المقاومة الوطنية/ النثر الفني/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25/05/2026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