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تجريد الفلاحين من أراضيهم 1830/1962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جيلالي صاري/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خرائط , جداول , منحنيات بيانية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تجريد الفلاحين/ التدهور الإقتصادي/ التجريد/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