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: المصدر , الرمز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حرب التحرير/ الكفاح المسلح/ التحرر الوطني/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