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الاعمال التاريخية للدكتور يحيى بوعزيز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يحي بوعزيز/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المعرفة/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Périodicité</w:t>
            </w:r>
          </w:p>
        </w:tc>
        <w:tc>
          <w:tcPr>
            <w:tcW w:type="dxa" w:w="7000"/>
          </w:tcPr>
          <w:p>
            <w:r>
              <w:t>sans périodicité (irrégulière)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9789947912027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