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سيرة الأمير عبد القادر وجهاده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يحي بوعزيز/ الحاج مصطفى بن التهامي/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90026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