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cahiers du crasc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centren national de recherche en anthropologie sociale et culturelle/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البيئة/ المجتمع/ الصحة/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