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الجامعات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صرو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السعودية/ الجامعة/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