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الجامعة : جامعة الحاج لخضر باتنة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جامعة الحاج لخضر - باتنة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جامعة الحاج لخضر باتنة/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الجامعة/ باتنة/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