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الجامعة : جامعة 20 أوت 1955 سكيكدة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جامعة 20 أوت 1955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الجامعة/ سكيكدة/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