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الكتابة النسوية : التلقي , الخطاب والتمثلات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داود/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ملاحق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الكتابة النسوية/ الأدب النسوي/ الخطاب الروائي النسوي/ الخطاب الأنثوي/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