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coopération et le partenariat euro-méditerranéen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copération/ le partenarait/ euro-méditerranéen/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