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Boumehdi : l'art de la céramique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djilali/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la céramique/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