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Universelle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Zaki bouzid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996177101x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patrimoine mondial/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