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الازمات الاقتصادية وطرق حل المشكلات الادارية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سرور الحريري/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9789957326241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الازمات السياسية/ الصراع السياسي/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