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الانتاج والعمليات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الانتاج/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